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Dyalisha De León</w:t>
      </w:r>
    </w:p>
    <w:p>
      <w:r>
        <w:rPr>
          <w:b/>
        </w:rPr>
        <w:t>Creative Writer | Author | Storyteller</w:t>
        <w:br/>
      </w:r>
      <w:r>
        <w:t>Cape Coral, FL</w:t>
        <w:br/>
        <w:t>Email: ____________________</w:t>
        <w:br/>
        <w:t>Phone: ____________________</w:t>
        <w:br/>
      </w:r>
    </w:p>
    <w:p>
      <w:pPr>
        <w:pStyle w:val="Heading2"/>
      </w:pPr>
      <w:r>
        <w:t>Professional Summary</w:t>
      </w:r>
    </w:p>
    <w:p>
      <w:r>
        <w:t>Aspiring Creative Writer currently pursuing a Bachelor of Fine Arts in Creative Writing at Full Sail University. Published Kindle author of Siete Días para Odiarte with a passion for romance, fantasy, and character-driven storytelling. Currently developing multiple novel-length projects while expanding skills in screenwriting, publishing, and professional writing.</w:t>
      </w:r>
    </w:p>
    <w:p>
      <w:pPr>
        <w:pStyle w:val="Heading2"/>
      </w:pPr>
      <w:r>
        <w:t>Education</w:t>
      </w:r>
    </w:p>
    <w:p>
      <w:r>
        <w:t>Full Sail University</w:t>
        <w:br/>
        <w:t>Bachelor of Fine Arts in Creative Writing (In Progress)</w:t>
      </w:r>
    </w:p>
    <w:p>
      <w:pPr>
        <w:pStyle w:val="Heading2"/>
      </w:pPr>
      <w:r>
        <w:t>Published Work</w:t>
      </w:r>
    </w:p>
    <w:p>
      <w:r>
        <w:t>• Siete Días para Odiarte – Kindle Novel (Published)</w:t>
      </w:r>
    </w:p>
    <w:p>
      <w:pPr>
        <w:pStyle w:val="Heading2"/>
      </w:pPr>
      <w:r>
        <w:t>Current Writing Projects</w:t>
      </w:r>
    </w:p>
    <w:p>
      <w:r>
        <w:t>• La Guardiana de Sangre – Fantasy Novel (Work in Progress)</w:t>
        <w:br/>
        <w:t>• Dulces Problemas y un Capitán Peligroso – Contemporary Romance Novel (Work in Progress)</w:t>
        <w:br/>
        <w:t>• Entre Estrellas y Promesas Incumplidas – Second-Chance Romance Novel (Work in Progress)</w:t>
      </w:r>
    </w:p>
    <w:p>
      <w:pPr>
        <w:pStyle w:val="Heading2"/>
      </w:pPr>
      <w:r>
        <w:t>Relevant Experience</w:t>
      </w:r>
    </w:p>
    <w:p>
      <w:r>
        <w:t>Published Author</w:t>
        <w:br/>
        <w:t>• Wrote, edited, and published an original novel on Kindle Direct Publishing.</w:t>
        <w:br/>
        <w:t>• Developed original characters, plot structure, and dialogue.</w:t>
        <w:br/>
        <w:t>• Managed the publishing process and promotional materials.</w:t>
      </w:r>
    </w:p>
    <w:p>
      <w:pPr>
        <w:pStyle w:val="Heading2"/>
      </w:pPr>
      <w:r>
        <w:t>Work History</w:t>
      </w:r>
    </w:p>
    <w:p>
      <w:r>
        <w:t>Walmart – Customer Service Associate</w:t>
        <w:br/>
        <w:t>Walmart – Overnight Stocking Associate</w:t>
      </w:r>
    </w:p>
    <w:p>
      <w:pPr>
        <w:pStyle w:val="Heading2"/>
      </w:pPr>
      <w:r>
        <w:t>Skills</w:t>
      </w:r>
    </w:p>
    <w:p>
      <w:r>
        <w:t>• Creative Writing</w:t>
        <w:br/>
        <w:t>• Storytelling</w:t>
        <w:br/>
        <w:t>• Character Development</w:t>
        <w:br/>
        <w:t>• Dialogue Writing</w:t>
        <w:br/>
        <w:t>• Screenwriting</w:t>
        <w:br/>
        <w:t>• Editing &amp; Proofreading</w:t>
        <w:br/>
        <w:t>• Communication</w:t>
        <w:br/>
        <w:t>• Time Management</w:t>
        <w:br/>
        <w:t>• Team Collaboration</w:t>
      </w:r>
    </w:p>
    <w:p>
      <w:pPr>
        <w:pStyle w:val="Heading2"/>
      </w:pPr>
      <w:r>
        <w:t>Applications</w:t>
      </w:r>
    </w:p>
    <w:p>
      <w:r>
        <w:t>• Microsoft Word</w:t>
        <w:br/>
        <w:t>• Microsoft PowerPoint</w:t>
        <w:br/>
        <w:t>• Google Docs</w:t>
        <w:br/>
        <w:t>• Google Drive</w:t>
        <w:br/>
        <w:t>• Wix</w:t>
        <w:br/>
        <w:t>• Canva</w:t>
        <w:br/>
        <w:t>• Kindle Direct Publishing (KDP)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